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0D31" w14:textId="77777777" w:rsidR="0047767E" w:rsidRDefault="00000000" w:rsidP="007E729D">
      <w:pPr>
        <w:pStyle w:val="Heading1"/>
        <w:jc w:val="center"/>
      </w:pPr>
      <w:r>
        <w:t>REQUEST FOR QUOTATION (RFQ)</w:t>
      </w:r>
    </w:p>
    <w:p w14:paraId="0F7BC5B4" w14:textId="58564675" w:rsidR="0047767E" w:rsidRDefault="00000000">
      <w:r>
        <w:t>RFQ No.: PMTF/IMP/RFQ/2026</w:t>
      </w:r>
    </w:p>
    <w:p w14:paraId="1A5C4703" w14:textId="71798AE6" w:rsidR="0047767E" w:rsidRDefault="00000000">
      <w:r>
        <w:t xml:space="preserve">Date: </w:t>
      </w:r>
      <w:r w:rsidR="00D400EF" w:rsidRPr="00D400EF">
        <w:t>03-08-2026</w:t>
      </w:r>
    </w:p>
    <w:p w14:paraId="611CEF8A" w14:textId="77777777" w:rsidR="0047767E" w:rsidRDefault="00000000">
      <w:pPr>
        <w:pStyle w:val="Heading2"/>
      </w:pPr>
      <w:r>
        <w:t>Subject: Supply of CNC Lathes, Swiss Type CNC Lathes, Spare Parts &amp; Air Compressor</w:t>
      </w:r>
    </w:p>
    <w:p w14:paraId="2E1E7CD7" w14:textId="77777777" w:rsidR="0047767E" w:rsidRDefault="00000000">
      <w:r>
        <w:t>Pakistan Machine Tool Factory (Pvt.) Ltd. invites quotations from reputed manufacturers/suppliers for the following equipment.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7110"/>
        <w:gridCol w:w="882"/>
      </w:tblGrid>
      <w:tr w:rsidR="0047767E" w14:paraId="655305C4" w14:textId="77777777" w:rsidTr="007E729D">
        <w:tc>
          <w:tcPr>
            <w:tcW w:w="648" w:type="dxa"/>
          </w:tcPr>
          <w:p w14:paraId="62A819AC" w14:textId="77777777" w:rsidR="0047767E" w:rsidRDefault="00000000">
            <w:r>
              <w:t>Sr. No.</w:t>
            </w:r>
          </w:p>
        </w:tc>
        <w:tc>
          <w:tcPr>
            <w:tcW w:w="7110" w:type="dxa"/>
          </w:tcPr>
          <w:p w14:paraId="65EDC5F5" w14:textId="77777777" w:rsidR="0047767E" w:rsidRDefault="00000000">
            <w:r>
              <w:t>Description / Technical Specifications</w:t>
            </w:r>
          </w:p>
        </w:tc>
        <w:tc>
          <w:tcPr>
            <w:tcW w:w="882" w:type="dxa"/>
          </w:tcPr>
          <w:p w14:paraId="6DD0261D" w14:textId="77777777" w:rsidR="0047767E" w:rsidRDefault="00000000">
            <w:r>
              <w:t>Qty</w:t>
            </w:r>
          </w:p>
        </w:tc>
      </w:tr>
      <w:tr w:rsidR="0047767E" w14:paraId="5AC71FD8" w14:textId="77777777" w:rsidTr="007E729D">
        <w:tc>
          <w:tcPr>
            <w:tcW w:w="648" w:type="dxa"/>
          </w:tcPr>
          <w:p w14:paraId="3D112B50" w14:textId="77777777" w:rsidR="0047767E" w:rsidRDefault="00000000">
            <w:r>
              <w:t>1</w:t>
            </w:r>
          </w:p>
        </w:tc>
        <w:tc>
          <w:tcPr>
            <w:tcW w:w="7110" w:type="dxa"/>
          </w:tcPr>
          <w:p w14:paraId="56B7603F" w14:textId="77777777" w:rsidR="0047767E" w:rsidRDefault="00000000">
            <w:r>
              <w:t>CNC Turning Center, Double Spindles, Double Power Turrets with Y-Axis, Swing over Cross Bed 400 mm, Swing over Carriage 200 mm, Bar Capacity Ø45 mm, 380V/50Hz CNC Control</w:t>
            </w:r>
          </w:p>
        </w:tc>
        <w:tc>
          <w:tcPr>
            <w:tcW w:w="882" w:type="dxa"/>
          </w:tcPr>
          <w:p w14:paraId="53F435F7" w14:textId="77777777" w:rsidR="0047767E" w:rsidRDefault="00000000">
            <w:r>
              <w:t>3 Sets</w:t>
            </w:r>
          </w:p>
        </w:tc>
      </w:tr>
      <w:tr w:rsidR="0047767E" w14:paraId="161F4F2B" w14:textId="77777777" w:rsidTr="007E729D">
        <w:tc>
          <w:tcPr>
            <w:tcW w:w="648" w:type="dxa"/>
          </w:tcPr>
          <w:p w14:paraId="241D7684" w14:textId="77777777" w:rsidR="0047767E" w:rsidRDefault="00000000">
            <w:r>
              <w:t>2</w:t>
            </w:r>
          </w:p>
        </w:tc>
        <w:tc>
          <w:tcPr>
            <w:tcW w:w="7110" w:type="dxa"/>
          </w:tcPr>
          <w:p w14:paraId="19585FA7" w14:textId="77777777" w:rsidR="0047767E" w:rsidRDefault="00000000">
            <w:r>
              <w:t>CNC Turning Center with Servo Bar Feeder &amp; Part Catcher, same specifications as above</w:t>
            </w:r>
          </w:p>
        </w:tc>
        <w:tc>
          <w:tcPr>
            <w:tcW w:w="882" w:type="dxa"/>
          </w:tcPr>
          <w:p w14:paraId="6E5A37E5" w14:textId="77777777" w:rsidR="0047767E" w:rsidRDefault="00000000">
            <w:r>
              <w:t>2 Sets</w:t>
            </w:r>
          </w:p>
        </w:tc>
      </w:tr>
      <w:tr w:rsidR="0047767E" w14:paraId="73FD70CE" w14:textId="77777777" w:rsidTr="007E729D">
        <w:tc>
          <w:tcPr>
            <w:tcW w:w="648" w:type="dxa"/>
          </w:tcPr>
          <w:p w14:paraId="4A2CEB94" w14:textId="77777777" w:rsidR="0047767E" w:rsidRDefault="00000000">
            <w:r>
              <w:t>3</w:t>
            </w:r>
          </w:p>
        </w:tc>
        <w:tc>
          <w:tcPr>
            <w:tcW w:w="7110" w:type="dxa"/>
          </w:tcPr>
          <w:p w14:paraId="38566721" w14:textId="77777777" w:rsidR="0047767E" w:rsidRDefault="00000000">
            <w:r>
              <w:t>CNC Turning Center with Servo Bar Feeder &amp; Part Catcher</w:t>
            </w:r>
          </w:p>
        </w:tc>
        <w:tc>
          <w:tcPr>
            <w:tcW w:w="882" w:type="dxa"/>
          </w:tcPr>
          <w:p w14:paraId="65BF3913" w14:textId="77777777" w:rsidR="0047767E" w:rsidRDefault="00000000">
            <w:r>
              <w:t>1 Set</w:t>
            </w:r>
          </w:p>
        </w:tc>
      </w:tr>
      <w:tr w:rsidR="0047767E" w14:paraId="7DFFA85A" w14:textId="77777777" w:rsidTr="007E729D">
        <w:tc>
          <w:tcPr>
            <w:tcW w:w="648" w:type="dxa"/>
          </w:tcPr>
          <w:p w14:paraId="5CDD860C" w14:textId="77777777" w:rsidR="0047767E" w:rsidRDefault="00000000">
            <w:r>
              <w:t>4</w:t>
            </w:r>
          </w:p>
        </w:tc>
        <w:tc>
          <w:tcPr>
            <w:tcW w:w="7110" w:type="dxa"/>
          </w:tcPr>
          <w:p w14:paraId="396C53E6" w14:textId="77777777" w:rsidR="0047767E" w:rsidRDefault="00000000">
            <w:r>
              <w:t>CNC Turning Center with 3-Jaw Chuck for Both Spindles &amp; Part Catcher</w:t>
            </w:r>
          </w:p>
        </w:tc>
        <w:tc>
          <w:tcPr>
            <w:tcW w:w="882" w:type="dxa"/>
          </w:tcPr>
          <w:p w14:paraId="0BDB7AB8" w14:textId="77777777" w:rsidR="0047767E" w:rsidRDefault="00000000">
            <w:r>
              <w:t>3 Sets</w:t>
            </w:r>
          </w:p>
        </w:tc>
      </w:tr>
      <w:tr w:rsidR="0047767E" w14:paraId="41FCB09C" w14:textId="77777777" w:rsidTr="007E729D">
        <w:tc>
          <w:tcPr>
            <w:tcW w:w="648" w:type="dxa"/>
          </w:tcPr>
          <w:p w14:paraId="53EA77C9" w14:textId="77777777" w:rsidR="0047767E" w:rsidRDefault="00000000">
            <w:r>
              <w:t>5</w:t>
            </w:r>
          </w:p>
        </w:tc>
        <w:tc>
          <w:tcPr>
            <w:tcW w:w="7110" w:type="dxa"/>
          </w:tcPr>
          <w:p w14:paraId="650233DB" w14:textId="77777777" w:rsidR="0047767E" w:rsidRDefault="00000000">
            <w:r>
              <w:t>CNC Turning Center with Oil Bar Feeder &amp; High-Speed Live Tool Holder</w:t>
            </w:r>
          </w:p>
        </w:tc>
        <w:tc>
          <w:tcPr>
            <w:tcW w:w="882" w:type="dxa"/>
          </w:tcPr>
          <w:p w14:paraId="208C5099" w14:textId="77777777" w:rsidR="0047767E" w:rsidRDefault="00000000">
            <w:r>
              <w:t>1 Set</w:t>
            </w:r>
          </w:p>
        </w:tc>
      </w:tr>
      <w:tr w:rsidR="0047767E" w14:paraId="1478D8BC" w14:textId="77777777" w:rsidTr="007E729D">
        <w:tc>
          <w:tcPr>
            <w:tcW w:w="648" w:type="dxa"/>
          </w:tcPr>
          <w:p w14:paraId="16101EE6" w14:textId="77777777" w:rsidR="0047767E" w:rsidRDefault="00000000">
            <w:r>
              <w:t>6</w:t>
            </w:r>
          </w:p>
        </w:tc>
        <w:tc>
          <w:tcPr>
            <w:tcW w:w="7110" w:type="dxa"/>
          </w:tcPr>
          <w:p w14:paraId="037E2950" w14:textId="77777777" w:rsidR="0047767E" w:rsidRDefault="00000000">
            <w:r>
              <w:t>Swiss Type CNC Lathe, Max Length 168 mm, Max Turning Dia. 12 mm, Double Spindles, Servo Bar Feeder, Guide Bush, High Pressure Pump</w:t>
            </w:r>
          </w:p>
        </w:tc>
        <w:tc>
          <w:tcPr>
            <w:tcW w:w="882" w:type="dxa"/>
          </w:tcPr>
          <w:p w14:paraId="1A0387AE" w14:textId="77777777" w:rsidR="0047767E" w:rsidRDefault="00000000">
            <w:r>
              <w:t>2 Sets</w:t>
            </w:r>
          </w:p>
        </w:tc>
      </w:tr>
      <w:tr w:rsidR="0047767E" w14:paraId="70674404" w14:textId="77777777" w:rsidTr="007E729D">
        <w:tc>
          <w:tcPr>
            <w:tcW w:w="648" w:type="dxa"/>
          </w:tcPr>
          <w:p w14:paraId="7B1F5273" w14:textId="77777777" w:rsidR="0047767E" w:rsidRDefault="00000000">
            <w:r>
              <w:t>7</w:t>
            </w:r>
          </w:p>
        </w:tc>
        <w:tc>
          <w:tcPr>
            <w:tcW w:w="7110" w:type="dxa"/>
          </w:tcPr>
          <w:p w14:paraId="7BAB01C8" w14:textId="77777777" w:rsidR="0047767E" w:rsidRDefault="00000000">
            <w:r>
              <w:t>Recommended Spare Parts</w:t>
            </w:r>
          </w:p>
        </w:tc>
        <w:tc>
          <w:tcPr>
            <w:tcW w:w="882" w:type="dxa"/>
          </w:tcPr>
          <w:p w14:paraId="6A70472C" w14:textId="77777777" w:rsidR="0047767E" w:rsidRDefault="00000000">
            <w:r>
              <w:t>1 Lot</w:t>
            </w:r>
          </w:p>
        </w:tc>
      </w:tr>
      <w:tr w:rsidR="0047767E" w14:paraId="12D3732B" w14:textId="77777777" w:rsidTr="007E729D">
        <w:tc>
          <w:tcPr>
            <w:tcW w:w="648" w:type="dxa"/>
          </w:tcPr>
          <w:p w14:paraId="44A92FE9" w14:textId="77777777" w:rsidR="0047767E" w:rsidRDefault="00000000">
            <w:r>
              <w:t>8</w:t>
            </w:r>
          </w:p>
        </w:tc>
        <w:tc>
          <w:tcPr>
            <w:tcW w:w="7110" w:type="dxa"/>
          </w:tcPr>
          <w:p w14:paraId="299FCB32" w14:textId="77777777" w:rsidR="0047767E" w:rsidRDefault="00000000">
            <w:r>
              <w:t>7.5 kW Permanent Magnet Variable Frequency Air Compressor with 600 L Air Tank</w:t>
            </w:r>
          </w:p>
        </w:tc>
        <w:tc>
          <w:tcPr>
            <w:tcW w:w="882" w:type="dxa"/>
          </w:tcPr>
          <w:p w14:paraId="724316ED" w14:textId="77777777" w:rsidR="0047767E" w:rsidRDefault="00000000">
            <w:r>
              <w:t>1 Set</w:t>
            </w:r>
          </w:p>
        </w:tc>
      </w:tr>
    </w:tbl>
    <w:p w14:paraId="54F5EFD8" w14:textId="77777777" w:rsidR="0027061E" w:rsidRDefault="0027061E"/>
    <w:p w14:paraId="4AD034FC" w14:textId="77777777" w:rsidR="007E729D" w:rsidRPr="007E729D" w:rsidRDefault="007E729D" w:rsidP="007E729D">
      <w:pPr>
        <w:rPr>
          <w:b/>
          <w:bCs/>
        </w:rPr>
      </w:pPr>
      <w:r w:rsidRPr="007E729D">
        <w:rPr>
          <w:b/>
          <w:bCs/>
        </w:rPr>
        <w:t>Minimum Technical Requirements</w:t>
      </w:r>
    </w:p>
    <w:p w14:paraId="308D7DCA" w14:textId="77777777" w:rsidR="007E729D" w:rsidRPr="007E729D" w:rsidRDefault="007E729D" w:rsidP="007E729D">
      <w:r w:rsidRPr="007E729D">
        <w:t>The offered equipment shall:</w:t>
      </w:r>
    </w:p>
    <w:p w14:paraId="3F1F8AD8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Be brand new and unused. </w:t>
      </w:r>
    </w:p>
    <w:p w14:paraId="381E5FDA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Operate on </w:t>
      </w:r>
      <w:r w:rsidRPr="007E729D">
        <w:rPr>
          <w:b/>
          <w:bCs/>
        </w:rPr>
        <w:t>380V, 3-Phase, 50Hz</w:t>
      </w:r>
      <w:r w:rsidRPr="007E729D">
        <w:t xml:space="preserve"> power supply. </w:t>
      </w:r>
    </w:p>
    <w:p w14:paraId="005010CE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Include complete CNC controller. </w:t>
      </w:r>
    </w:p>
    <w:p w14:paraId="1AA163D0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Include all standard tooling and accessories. </w:t>
      </w:r>
    </w:p>
    <w:p w14:paraId="3C7EE626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Include chip conveyor. </w:t>
      </w:r>
    </w:p>
    <w:p w14:paraId="6B5021DD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Include oil mist collector. </w:t>
      </w:r>
    </w:p>
    <w:p w14:paraId="7C301A6F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Include oil skimmer. </w:t>
      </w:r>
    </w:p>
    <w:p w14:paraId="5C731DF7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Include operator manuals. </w:t>
      </w:r>
    </w:p>
    <w:p w14:paraId="4751807F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Include maintenance manuals. </w:t>
      </w:r>
    </w:p>
    <w:p w14:paraId="1CBB53F7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Include installation &amp; commissioning. </w:t>
      </w:r>
    </w:p>
    <w:p w14:paraId="5990FDAD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Include operator training. </w:t>
      </w:r>
    </w:p>
    <w:p w14:paraId="2A60B29C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Mention warranty period. </w:t>
      </w:r>
    </w:p>
    <w:p w14:paraId="5AB0DF90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Mention delivery schedule. </w:t>
      </w:r>
    </w:p>
    <w:p w14:paraId="4E7D8FCC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Mention country of origin. </w:t>
      </w:r>
    </w:p>
    <w:p w14:paraId="420261F2" w14:textId="5DD4B637" w:rsidR="007E729D" w:rsidRPr="007E729D" w:rsidRDefault="007E729D" w:rsidP="007E729D"/>
    <w:p w14:paraId="70745CC6" w14:textId="77777777" w:rsidR="007E729D" w:rsidRPr="007E729D" w:rsidRDefault="007E729D" w:rsidP="007E729D">
      <w:pPr>
        <w:rPr>
          <w:b/>
          <w:bCs/>
        </w:rPr>
      </w:pPr>
      <w:r w:rsidRPr="007E729D">
        <w:rPr>
          <w:b/>
          <w:bCs/>
        </w:rPr>
        <w:t>Supplier Shall Submit</w:t>
      </w:r>
    </w:p>
    <w:p w14:paraId="3B180C4B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Technical Proposal </w:t>
      </w:r>
    </w:p>
    <w:p w14:paraId="249C7689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lastRenderedPageBreak/>
        <w:t xml:space="preserve">Commercial Proposal </w:t>
      </w:r>
    </w:p>
    <w:p w14:paraId="217C1EB8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Machine Catalogue </w:t>
      </w:r>
    </w:p>
    <w:p w14:paraId="31B32E1E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GA Drawing </w:t>
      </w:r>
    </w:p>
    <w:p w14:paraId="41FD145B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Machine Layout </w:t>
      </w:r>
    </w:p>
    <w:p w14:paraId="2502D0A2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Tool List </w:t>
      </w:r>
    </w:p>
    <w:p w14:paraId="780AAE11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Warranty </w:t>
      </w:r>
    </w:p>
    <w:p w14:paraId="4CC4AC80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Delivery Schedule </w:t>
      </w:r>
    </w:p>
    <w:p w14:paraId="301A7AC0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Country of Origin </w:t>
      </w:r>
    </w:p>
    <w:p w14:paraId="02E3DFD6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 xml:space="preserve">Packing Details </w:t>
      </w:r>
    </w:p>
    <w:p w14:paraId="7B0EBE2D" w14:textId="77777777" w:rsidR="007E729D" w:rsidRPr="007E729D" w:rsidRDefault="007E729D" w:rsidP="007E729D">
      <w:pPr>
        <w:numPr>
          <w:ilvl w:val="0"/>
          <w:numId w:val="10"/>
        </w:numPr>
        <w:spacing w:before="10" w:after="10"/>
      </w:pPr>
      <w:r w:rsidRPr="007E729D">
        <w:t>Recommended Spare Parts List</w:t>
      </w:r>
    </w:p>
    <w:p w14:paraId="3CA5665E" w14:textId="77777777" w:rsidR="007E729D" w:rsidRDefault="007E729D"/>
    <w:sectPr w:rsidR="007E729D" w:rsidSect="007E729D">
      <w:pgSz w:w="12240" w:h="15840"/>
      <w:pgMar w:top="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3653629"/>
    <w:multiLevelType w:val="multilevel"/>
    <w:tmpl w:val="E286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9627C2"/>
    <w:multiLevelType w:val="multilevel"/>
    <w:tmpl w:val="D152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1795738">
    <w:abstractNumId w:val="8"/>
  </w:num>
  <w:num w:numId="2" w16cid:durableId="1581208015">
    <w:abstractNumId w:val="6"/>
  </w:num>
  <w:num w:numId="3" w16cid:durableId="1941716339">
    <w:abstractNumId w:val="5"/>
  </w:num>
  <w:num w:numId="4" w16cid:durableId="113450967">
    <w:abstractNumId w:val="4"/>
  </w:num>
  <w:num w:numId="5" w16cid:durableId="1657151610">
    <w:abstractNumId w:val="7"/>
  </w:num>
  <w:num w:numId="6" w16cid:durableId="1225409865">
    <w:abstractNumId w:val="3"/>
  </w:num>
  <w:num w:numId="7" w16cid:durableId="981080588">
    <w:abstractNumId w:val="2"/>
  </w:num>
  <w:num w:numId="8" w16cid:durableId="1418475509">
    <w:abstractNumId w:val="1"/>
  </w:num>
  <w:num w:numId="9" w16cid:durableId="191846243">
    <w:abstractNumId w:val="0"/>
  </w:num>
  <w:num w:numId="10" w16cid:durableId="562834144">
    <w:abstractNumId w:val="9"/>
  </w:num>
  <w:num w:numId="11" w16cid:durableId="5045171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061E"/>
    <w:rsid w:val="0029639D"/>
    <w:rsid w:val="00326F90"/>
    <w:rsid w:val="0046791D"/>
    <w:rsid w:val="0047767E"/>
    <w:rsid w:val="007E729D"/>
    <w:rsid w:val="00AA1D8D"/>
    <w:rsid w:val="00B07614"/>
    <w:rsid w:val="00B47730"/>
    <w:rsid w:val="00CB0664"/>
    <w:rsid w:val="00D400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250E6E"/>
  <w14:defaultImageDpi w14:val="300"/>
  <w15:docId w15:val="{E9DA3F94-E7D9-4FF5-B1B9-251429E7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Zain Bin Qasim Noorani</cp:lastModifiedBy>
  <cp:revision>3</cp:revision>
  <dcterms:created xsi:type="dcterms:W3CDTF">2013-12-23T23:15:00Z</dcterms:created>
  <dcterms:modified xsi:type="dcterms:W3CDTF">2026-08-03T05:33:00Z</dcterms:modified>
  <cp:category/>
</cp:coreProperties>
</file>