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B473A" w14:textId="77777777" w:rsidR="00D82B57" w:rsidRDefault="00000000" w:rsidP="00494378">
      <w:pPr>
        <w:pStyle w:val="Heading1"/>
        <w:jc w:val="center"/>
      </w:pPr>
      <w:r>
        <w:t>REQUEST FOR QUOTATION (RFQ)</w:t>
      </w:r>
    </w:p>
    <w:p w14:paraId="017854F0" w14:textId="7ECC0910" w:rsidR="00D82B57" w:rsidRDefault="00000000">
      <w:r>
        <w:t>RFQ No.: PMTF/IMP/RFQ//2026</w:t>
      </w:r>
    </w:p>
    <w:p w14:paraId="005F3F00" w14:textId="34F90BF5" w:rsidR="00D82B57" w:rsidRDefault="00000000">
      <w:r>
        <w:t xml:space="preserve">Date: </w:t>
      </w:r>
      <w:r w:rsidR="005C2683">
        <w:t>03-08-2026</w:t>
      </w:r>
    </w:p>
    <w:p w14:paraId="6100A53C" w14:textId="77777777" w:rsidR="00D82B57" w:rsidRDefault="00000000">
      <w:pPr>
        <w:pStyle w:val="Heading2"/>
      </w:pPr>
      <w:r>
        <w:t>Subject: Supply of CNC Metal Spinning Machine &amp; Accessories</w:t>
      </w:r>
    </w:p>
    <w:p w14:paraId="70CFEA03" w14:textId="77777777" w:rsidR="00D82B57" w:rsidRDefault="00000000">
      <w:r>
        <w:t>Pakistan Machine Tool Factory (Pvt.) Ltd. invites quotations for the following equipment.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5112"/>
        <w:gridCol w:w="918"/>
      </w:tblGrid>
      <w:tr w:rsidR="00D82B57" w14:paraId="4336A6FA" w14:textId="77777777" w:rsidTr="00741E6B">
        <w:tc>
          <w:tcPr>
            <w:tcW w:w="648" w:type="dxa"/>
          </w:tcPr>
          <w:p w14:paraId="73516927" w14:textId="77777777" w:rsidR="00D82B57" w:rsidRDefault="00000000">
            <w:r>
              <w:t>Sr. No.</w:t>
            </w:r>
          </w:p>
        </w:tc>
        <w:tc>
          <w:tcPr>
            <w:tcW w:w="5112" w:type="dxa"/>
          </w:tcPr>
          <w:p w14:paraId="153BE4F2" w14:textId="77777777" w:rsidR="00D82B57" w:rsidRDefault="00000000">
            <w:r>
              <w:t>Description / Technical Specification</w:t>
            </w:r>
          </w:p>
        </w:tc>
        <w:tc>
          <w:tcPr>
            <w:tcW w:w="918" w:type="dxa"/>
          </w:tcPr>
          <w:p w14:paraId="35CAE16B" w14:textId="77777777" w:rsidR="00D82B57" w:rsidRDefault="00000000">
            <w:r>
              <w:t>Qty</w:t>
            </w:r>
          </w:p>
        </w:tc>
      </w:tr>
      <w:tr w:rsidR="00D82B57" w14:paraId="5EE08726" w14:textId="77777777" w:rsidTr="00741E6B">
        <w:tc>
          <w:tcPr>
            <w:tcW w:w="648" w:type="dxa"/>
          </w:tcPr>
          <w:p w14:paraId="22B0AE3F" w14:textId="77777777" w:rsidR="00D82B57" w:rsidRDefault="00000000">
            <w:r>
              <w:t>1</w:t>
            </w:r>
          </w:p>
        </w:tc>
        <w:tc>
          <w:tcPr>
            <w:tcW w:w="5112" w:type="dxa"/>
          </w:tcPr>
          <w:p w14:paraId="6F19702A" w14:textId="77777777" w:rsidR="00D82B57" w:rsidRDefault="00000000">
            <w:r>
              <w:t>CNC Metal Spinning Machine (Equivalent to CW-450 or equivalent model)</w:t>
            </w:r>
          </w:p>
        </w:tc>
        <w:tc>
          <w:tcPr>
            <w:tcW w:w="918" w:type="dxa"/>
          </w:tcPr>
          <w:p w14:paraId="3DF0EDD3" w14:textId="77777777" w:rsidR="00D82B57" w:rsidRDefault="00000000">
            <w:r>
              <w:t>1 No.</w:t>
            </w:r>
          </w:p>
        </w:tc>
      </w:tr>
      <w:tr w:rsidR="00D82B57" w14:paraId="1C40AFA5" w14:textId="77777777" w:rsidTr="00741E6B">
        <w:tc>
          <w:tcPr>
            <w:tcW w:w="648" w:type="dxa"/>
          </w:tcPr>
          <w:p w14:paraId="66ADB24A" w14:textId="77777777" w:rsidR="00D82B57" w:rsidRDefault="00000000">
            <w:r>
              <w:t>2</w:t>
            </w:r>
          </w:p>
        </w:tc>
        <w:tc>
          <w:tcPr>
            <w:tcW w:w="5112" w:type="dxa"/>
          </w:tcPr>
          <w:p w14:paraId="309DB9E5" w14:textId="77777777" w:rsidR="00D82B57" w:rsidRDefault="00000000">
            <w:r>
              <w:t>Spinning Molds suitable for the offered CNC Metal Spinning Machine</w:t>
            </w:r>
          </w:p>
        </w:tc>
        <w:tc>
          <w:tcPr>
            <w:tcW w:w="918" w:type="dxa"/>
          </w:tcPr>
          <w:p w14:paraId="2DF14715" w14:textId="77777777" w:rsidR="00D82B57" w:rsidRDefault="00000000">
            <w:r>
              <w:t>2 Sets</w:t>
            </w:r>
          </w:p>
        </w:tc>
      </w:tr>
      <w:tr w:rsidR="00D82B57" w14:paraId="48C59470" w14:textId="77777777" w:rsidTr="00741E6B">
        <w:tc>
          <w:tcPr>
            <w:tcW w:w="648" w:type="dxa"/>
          </w:tcPr>
          <w:p w14:paraId="789F1D90" w14:textId="77777777" w:rsidR="00D82B57" w:rsidRDefault="00000000">
            <w:r>
              <w:t>3</w:t>
            </w:r>
          </w:p>
        </w:tc>
        <w:tc>
          <w:tcPr>
            <w:tcW w:w="5112" w:type="dxa"/>
          </w:tcPr>
          <w:p w14:paraId="0B3E083D" w14:textId="77777777" w:rsidR="00D82B57" w:rsidRDefault="00000000">
            <w:r>
              <w:t>Rolling Machine compatible with the offered spinning system</w:t>
            </w:r>
          </w:p>
        </w:tc>
        <w:tc>
          <w:tcPr>
            <w:tcW w:w="918" w:type="dxa"/>
          </w:tcPr>
          <w:p w14:paraId="65CEC76D" w14:textId="77777777" w:rsidR="00D82B57" w:rsidRDefault="00000000">
            <w:r>
              <w:t>1 No.</w:t>
            </w:r>
          </w:p>
        </w:tc>
      </w:tr>
      <w:tr w:rsidR="00D82B57" w14:paraId="7FD4412C" w14:textId="77777777" w:rsidTr="00741E6B">
        <w:tc>
          <w:tcPr>
            <w:tcW w:w="648" w:type="dxa"/>
          </w:tcPr>
          <w:p w14:paraId="5EDC5F7B" w14:textId="77777777" w:rsidR="00D82B57" w:rsidRDefault="00000000">
            <w:r>
              <w:t>4</w:t>
            </w:r>
          </w:p>
        </w:tc>
        <w:tc>
          <w:tcPr>
            <w:tcW w:w="5112" w:type="dxa"/>
          </w:tcPr>
          <w:p w14:paraId="4747E6DF" w14:textId="77777777" w:rsidR="00D82B57" w:rsidRDefault="00000000">
            <w:r>
              <w:t>Rolling Molds suitable for the offered Rolling Machine</w:t>
            </w:r>
          </w:p>
        </w:tc>
        <w:tc>
          <w:tcPr>
            <w:tcW w:w="918" w:type="dxa"/>
          </w:tcPr>
          <w:p w14:paraId="2C70D626" w14:textId="77777777" w:rsidR="00D82B57" w:rsidRDefault="00000000">
            <w:r>
              <w:t>2 Sets</w:t>
            </w:r>
          </w:p>
        </w:tc>
      </w:tr>
    </w:tbl>
    <w:p w14:paraId="0CD53F3B" w14:textId="77777777" w:rsidR="008310F2" w:rsidRDefault="008310F2"/>
    <w:p w14:paraId="00FC524A" w14:textId="77777777" w:rsidR="005C2683" w:rsidRPr="005C2683" w:rsidRDefault="005C2683" w:rsidP="005C2683">
      <w:pPr>
        <w:rPr>
          <w:b/>
          <w:bCs/>
        </w:rPr>
      </w:pPr>
      <w:r w:rsidRPr="005C2683">
        <w:rPr>
          <w:b/>
          <w:bCs/>
        </w:rPr>
        <w:t>Technical Requirements</w:t>
      </w:r>
    </w:p>
    <w:p w14:paraId="6AED9B53" w14:textId="77777777" w:rsidR="005C2683" w:rsidRPr="005C2683" w:rsidRDefault="005C2683" w:rsidP="005C2683">
      <w:r w:rsidRPr="005C2683">
        <w:t>The offered equipment shall:</w:t>
      </w:r>
    </w:p>
    <w:p w14:paraId="386CB312" w14:textId="77777777" w:rsidR="005C2683" w:rsidRPr="005C2683" w:rsidRDefault="005C2683" w:rsidP="005C2683">
      <w:pPr>
        <w:numPr>
          <w:ilvl w:val="0"/>
          <w:numId w:val="10"/>
        </w:numPr>
        <w:spacing w:before="10" w:after="10" w:line="240" w:lineRule="auto"/>
      </w:pPr>
      <w:r w:rsidRPr="005C2683">
        <w:t xml:space="preserve">Be brand new and unused. </w:t>
      </w:r>
    </w:p>
    <w:p w14:paraId="3D1E788E" w14:textId="77777777" w:rsidR="005C2683" w:rsidRPr="005C2683" w:rsidRDefault="005C2683" w:rsidP="005C2683">
      <w:pPr>
        <w:numPr>
          <w:ilvl w:val="0"/>
          <w:numId w:val="10"/>
        </w:numPr>
        <w:spacing w:before="10" w:after="10" w:line="240" w:lineRule="auto"/>
      </w:pPr>
      <w:r w:rsidRPr="005C2683">
        <w:t xml:space="preserve">Be suitable for industrial metal spinning applications. </w:t>
      </w:r>
    </w:p>
    <w:p w14:paraId="5503B035" w14:textId="77777777" w:rsidR="005C2683" w:rsidRPr="005C2683" w:rsidRDefault="005C2683" w:rsidP="005C2683">
      <w:pPr>
        <w:numPr>
          <w:ilvl w:val="0"/>
          <w:numId w:val="10"/>
        </w:numPr>
        <w:spacing w:before="10" w:after="10" w:line="240" w:lineRule="auto"/>
      </w:pPr>
      <w:r w:rsidRPr="005C2683">
        <w:t xml:space="preserve">Include all standard accessories required for installation and operation. </w:t>
      </w:r>
    </w:p>
    <w:p w14:paraId="098BCC2E" w14:textId="77777777" w:rsidR="005C2683" w:rsidRPr="005C2683" w:rsidRDefault="005C2683" w:rsidP="005C2683">
      <w:pPr>
        <w:numPr>
          <w:ilvl w:val="0"/>
          <w:numId w:val="10"/>
        </w:numPr>
        <w:spacing w:before="10" w:after="10" w:line="240" w:lineRule="auto"/>
      </w:pPr>
      <w:r w:rsidRPr="005C2683">
        <w:t xml:space="preserve">Include compatible spinning molds and rolling molds. </w:t>
      </w:r>
    </w:p>
    <w:p w14:paraId="5324BBE7" w14:textId="77777777" w:rsidR="005C2683" w:rsidRPr="005C2683" w:rsidRDefault="005C2683" w:rsidP="005C2683">
      <w:pPr>
        <w:numPr>
          <w:ilvl w:val="0"/>
          <w:numId w:val="10"/>
        </w:numPr>
        <w:spacing w:before="10" w:after="10" w:line="240" w:lineRule="auto"/>
      </w:pPr>
      <w:r w:rsidRPr="005C2683">
        <w:t xml:space="preserve">Be supplied with operation and maintenance manuals in English. </w:t>
      </w:r>
    </w:p>
    <w:p w14:paraId="434979CA" w14:textId="77777777" w:rsidR="005C2683" w:rsidRPr="005C2683" w:rsidRDefault="005C2683" w:rsidP="005C2683">
      <w:pPr>
        <w:numPr>
          <w:ilvl w:val="0"/>
          <w:numId w:val="10"/>
        </w:numPr>
        <w:spacing w:before="10" w:after="10" w:line="240" w:lineRule="auto"/>
      </w:pPr>
      <w:r w:rsidRPr="005C2683">
        <w:t xml:space="preserve">Include installation, commissioning, and operator training (if applicable). </w:t>
      </w:r>
    </w:p>
    <w:p w14:paraId="74D2114C" w14:textId="77777777" w:rsidR="005C2683" w:rsidRPr="005C2683" w:rsidRDefault="005C2683" w:rsidP="005C2683">
      <w:pPr>
        <w:numPr>
          <w:ilvl w:val="0"/>
          <w:numId w:val="10"/>
        </w:numPr>
        <w:spacing w:before="10" w:after="10" w:line="240" w:lineRule="auto"/>
      </w:pPr>
      <w:r w:rsidRPr="005C2683">
        <w:t xml:space="preserve">Include warranty details. </w:t>
      </w:r>
    </w:p>
    <w:p w14:paraId="39EE856C" w14:textId="77777777" w:rsidR="005C2683" w:rsidRPr="005C2683" w:rsidRDefault="005C2683" w:rsidP="005C2683">
      <w:pPr>
        <w:numPr>
          <w:ilvl w:val="0"/>
          <w:numId w:val="10"/>
        </w:numPr>
        <w:spacing w:before="10" w:after="10" w:line="240" w:lineRule="auto"/>
      </w:pPr>
      <w:r w:rsidRPr="005C2683">
        <w:t xml:space="preserve">Mention country of origin. </w:t>
      </w:r>
    </w:p>
    <w:p w14:paraId="0E8160F8" w14:textId="77777777" w:rsidR="005C2683" w:rsidRPr="005C2683" w:rsidRDefault="005C2683" w:rsidP="005C2683">
      <w:pPr>
        <w:numPr>
          <w:ilvl w:val="0"/>
          <w:numId w:val="10"/>
        </w:numPr>
        <w:spacing w:before="10" w:after="10" w:line="240" w:lineRule="auto"/>
      </w:pPr>
      <w:r w:rsidRPr="005C2683">
        <w:t xml:space="preserve">Mention delivery period. </w:t>
      </w:r>
    </w:p>
    <w:p w14:paraId="1471D0AE" w14:textId="77777777" w:rsidR="005C2683" w:rsidRPr="005C2683" w:rsidRDefault="005C2683" w:rsidP="005C2683">
      <w:pPr>
        <w:numPr>
          <w:ilvl w:val="0"/>
          <w:numId w:val="10"/>
        </w:numPr>
        <w:spacing w:before="10" w:after="10" w:line="240" w:lineRule="auto"/>
      </w:pPr>
      <w:r w:rsidRPr="005C2683">
        <w:t xml:space="preserve">Provide complete technical catalogue/datasheet with the quotation. </w:t>
      </w:r>
    </w:p>
    <w:p w14:paraId="6D5F5ABB" w14:textId="77777777" w:rsidR="005C2683" w:rsidRPr="005C2683" w:rsidRDefault="005C2683" w:rsidP="005C2683">
      <w:pPr>
        <w:rPr>
          <w:b/>
          <w:bCs/>
        </w:rPr>
      </w:pPr>
      <w:r w:rsidRPr="005C2683">
        <w:rPr>
          <w:b/>
          <w:bCs/>
        </w:rPr>
        <w:t>Supplier to Provide</w:t>
      </w:r>
    </w:p>
    <w:p w14:paraId="7E28A89F" w14:textId="77777777" w:rsidR="005C2683" w:rsidRPr="005C2683" w:rsidRDefault="005C2683" w:rsidP="005C2683">
      <w:pPr>
        <w:numPr>
          <w:ilvl w:val="0"/>
          <w:numId w:val="10"/>
        </w:numPr>
        <w:spacing w:before="10" w:after="10" w:line="240" w:lineRule="auto"/>
      </w:pPr>
      <w:r w:rsidRPr="005C2683">
        <w:t xml:space="preserve">Technical Proposal </w:t>
      </w:r>
    </w:p>
    <w:p w14:paraId="78D9E327" w14:textId="77777777" w:rsidR="005C2683" w:rsidRPr="005C2683" w:rsidRDefault="005C2683" w:rsidP="005C2683">
      <w:pPr>
        <w:numPr>
          <w:ilvl w:val="0"/>
          <w:numId w:val="10"/>
        </w:numPr>
        <w:spacing w:before="10" w:after="10" w:line="240" w:lineRule="auto"/>
      </w:pPr>
      <w:r w:rsidRPr="005C2683">
        <w:t xml:space="preserve">Commercial Proposal </w:t>
      </w:r>
    </w:p>
    <w:p w14:paraId="59EC5810" w14:textId="77777777" w:rsidR="005C2683" w:rsidRPr="005C2683" w:rsidRDefault="005C2683" w:rsidP="005C2683">
      <w:pPr>
        <w:numPr>
          <w:ilvl w:val="0"/>
          <w:numId w:val="10"/>
        </w:numPr>
        <w:spacing w:before="10" w:after="10" w:line="240" w:lineRule="auto"/>
      </w:pPr>
      <w:r w:rsidRPr="005C2683">
        <w:t xml:space="preserve">Machine Catalogue/Brochure </w:t>
      </w:r>
    </w:p>
    <w:p w14:paraId="5AFB3241" w14:textId="77777777" w:rsidR="005C2683" w:rsidRPr="005C2683" w:rsidRDefault="005C2683" w:rsidP="005C2683">
      <w:pPr>
        <w:numPr>
          <w:ilvl w:val="0"/>
          <w:numId w:val="10"/>
        </w:numPr>
        <w:spacing w:before="10" w:after="10" w:line="240" w:lineRule="auto"/>
      </w:pPr>
      <w:r w:rsidRPr="005C2683">
        <w:t xml:space="preserve">Warranty Terms </w:t>
      </w:r>
    </w:p>
    <w:p w14:paraId="71C3DCA6" w14:textId="77777777" w:rsidR="005C2683" w:rsidRPr="005C2683" w:rsidRDefault="005C2683" w:rsidP="005C2683">
      <w:pPr>
        <w:numPr>
          <w:ilvl w:val="0"/>
          <w:numId w:val="10"/>
        </w:numPr>
        <w:spacing w:before="10" w:after="10" w:line="240" w:lineRule="auto"/>
      </w:pPr>
      <w:r w:rsidRPr="005C2683">
        <w:t xml:space="preserve">Delivery Schedule </w:t>
      </w:r>
    </w:p>
    <w:p w14:paraId="01F4C1DF" w14:textId="77777777" w:rsidR="005C2683" w:rsidRPr="005C2683" w:rsidRDefault="005C2683" w:rsidP="005C2683">
      <w:pPr>
        <w:numPr>
          <w:ilvl w:val="0"/>
          <w:numId w:val="10"/>
        </w:numPr>
        <w:spacing w:before="10" w:after="10" w:line="240" w:lineRule="auto"/>
      </w:pPr>
      <w:r w:rsidRPr="005C2683">
        <w:t xml:space="preserve">Packing Details </w:t>
      </w:r>
    </w:p>
    <w:p w14:paraId="25BE3B57" w14:textId="77777777" w:rsidR="005C2683" w:rsidRPr="005C2683" w:rsidRDefault="005C2683" w:rsidP="005C2683">
      <w:pPr>
        <w:numPr>
          <w:ilvl w:val="0"/>
          <w:numId w:val="10"/>
        </w:numPr>
        <w:spacing w:before="10" w:after="10" w:line="240" w:lineRule="auto"/>
      </w:pPr>
      <w:r w:rsidRPr="005C2683">
        <w:t xml:space="preserve">Country of Origin </w:t>
      </w:r>
    </w:p>
    <w:p w14:paraId="0DF73C59" w14:textId="77777777" w:rsidR="005C2683" w:rsidRPr="005C2683" w:rsidRDefault="005C2683" w:rsidP="005C2683">
      <w:pPr>
        <w:numPr>
          <w:ilvl w:val="0"/>
          <w:numId w:val="10"/>
        </w:numPr>
        <w:spacing w:before="10" w:after="10" w:line="240" w:lineRule="auto"/>
      </w:pPr>
      <w:r w:rsidRPr="005C2683">
        <w:t xml:space="preserve">HS Code (Optional) </w:t>
      </w:r>
    </w:p>
    <w:p w14:paraId="60D2CE3D" w14:textId="77777777" w:rsidR="005C2683" w:rsidRPr="005C2683" w:rsidRDefault="005C2683" w:rsidP="005C2683">
      <w:pPr>
        <w:numPr>
          <w:ilvl w:val="0"/>
          <w:numId w:val="10"/>
        </w:numPr>
        <w:spacing w:before="10" w:after="10" w:line="240" w:lineRule="auto"/>
      </w:pPr>
      <w:r w:rsidRPr="005C2683">
        <w:t>Validity of Offer</w:t>
      </w:r>
    </w:p>
    <w:p w14:paraId="271A689C" w14:textId="77777777" w:rsidR="005C2683" w:rsidRDefault="005C2683"/>
    <w:sectPr w:rsidR="005C2683" w:rsidSect="005C2683">
      <w:pgSz w:w="12240" w:h="15840"/>
      <w:pgMar w:top="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D8E283D"/>
    <w:multiLevelType w:val="multilevel"/>
    <w:tmpl w:val="CA14F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9002D3"/>
    <w:multiLevelType w:val="multilevel"/>
    <w:tmpl w:val="245E6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3315474">
    <w:abstractNumId w:val="8"/>
  </w:num>
  <w:num w:numId="2" w16cid:durableId="1332836531">
    <w:abstractNumId w:val="6"/>
  </w:num>
  <w:num w:numId="3" w16cid:durableId="324868990">
    <w:abstractNumId w:val="5"/>
  </w:num>
  <w:num w:numId="4" w16cid:durableId="1336690240">
    <w:abstractNumId w:val="4"/>
  </w:num>
  <w:num w:numId="5" w16cid:durableId="1724132310">
    <w:abstractNumId w:val="7"/>
  </w:num>
  <w:num w:numId="6" w16cid:durableId="35739680">
    <w:abstractNumId w:val="3"/>
  </w:num>
  <w:num w:numId="7" w16cid:durableId="789593143">
    <w:abstractNumId w:val="2"/>
  </w:num>
  <w:num w:numId="8" w16cid:durableId="1316645192">
    <w:abstractNumId w:val="1"/>
  </w:num>
  <w:num w:numId="9" w16cid:durableId="1537499355">
    <w:abstractNumId w:val="0"/>
  </w:num>
  <w:num w:numId="10" w16cid:durableId="1204177262">
    <w:abstractNumId w:val="9"/>
  </w:num>
  <w:num w:numId="11" w16cid:durableId="18067741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94378"/>
    <w:rsid w:val="005C2683"/>
    <w:rsid w:val="00741E6B"/>
    <w:rsid w:val="008310F2"/>
    <w:rsid w:val="00836BC6"/>
    <w:rsid w:val="00AA1D8D"/>
    <w:rsid w:val="00B22795"/>
    <w:rsid w:val="00B47730"/>
    <w:rsid w:val="00CB0664"/>
    <w:rsid w:val="00D82B5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C481689"/>
  <w14:defaultImageDpi w14:val="300"/>
  <w15:docId w15:val="{05ACD0AA-615C-4A1B-A3F5-3837C0FC1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Zain Bin Qasim Noorani</cp:lastModifiedBy>
  <cp:revision>4</cp:revision>
  <dcterms:created xsi:type="dcterms:W3CDTF">2013-12-23T23:15:00Z</dcterms:created>
  <dcterms:modified xsi:type="dcterms:W3CDTF">2026-08-03T05:25:00Z</dcterms:modified>
  <cp:category/>
</cp:coreProperties>
</file>